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独立练习任务单</w:t>
      </w:r>
    </w:p>
    <w:p>
      <w:r>
        <w:t>WorkBuddy School 学习材料</w:t>
      </w:r>
    </w:p>
    <w:p>
      <w:pPr>
        <w:pStyle w:val="Heading1"/>
      </w:pPr>
      <w:r>
        <w:t>要完成的成果</w:t>
      </w:r>
    </w:p>
    <w:p>
      <w:r>
        <w:t>为 WorkBuddy School 第一次体验课制作一份参加者提醒和一份筹备清单。先自己组织要求，再核对本章参考写法。</w:t>
      </w:r>
    </w:p>
    <w:p>
      <w:pPr>
        <w:pStyle w:val="Heading1"/>
      </w:pPr>
      <w:r>
        <w:t>给参加者的材料</w:t>
      </w:r>
    </w:p>
    <w:p>
      <w:r>
        <w:t>活动名称：WorkBuddy School 第一次体验课。对象：第一次使用 AI 工具的成年人，不需要编程基础。日期待定。时间15:00—16:30。地点社区学习室。安排：观看演示、尝试一个小任务、交流问题。准备：笔记本电脑和充电器。报名方式待定。</w:t>
      </w:r>
    </w:p>
    <w:p>
      <w:pPr>
        <w:pStyle w:val="Heading1"/>
      </w:pPr>
      <w:r>
        <w:t>给筹备者的材料</w:t>
      </w:r>
    </w:p>
    <w:p>
      <w:r>
        <w:t>小林在活动前一天检查投影和网络；小周在报名方式确定后整理报名说明；小陈在活动前一天提醒参加者带电脑和充电器。纸质讲义仅是建议，是否采用尚未决定。</w:t>
      </w:r>
    </w:p>
    <w:p>
      <w:pPr>
        <w:pStyle w:val="Heading1"/>
      </w:pPr>
      <w:r>
        <w:t>验收要求</w:t>
      </w:r>
    </w:p>
    <w:p>
      <w:r>
        <w:t>参加者提醒包含活动、对象、日期、时间、地点、安排、准备、报名八项。筹备清单保留三名负责人及各自完成条件，单列待确认事项和未决定建议。不补写日期、报名链接、联系方式或效果承诺。</w:t>
      </w:r>
    </w:p>
    <w:p>
      <w:pPr>
        <w:pStyle w:val="Heading1"/>
      </w:pPr>
      <w:r>
        <w:t>完成后检查</w:t>
      </w:r>
    </w:p>
    <w:p>
      <w:r>
        <w:t>保存到自己能找到的位置，再打开检查。可以使用文字成果路线，也可以按第九章方法保存为 Word 文件。文件路线请分别保存提醒和清单，不覆盖同名文件；不要实际发送通知或执行筹备事项。</w:t>
      </w:r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/>
    </w:pPr>
    <w:rPr>
      <w:rFonts w:ascii="Heiti SC" w:hAnsi="Heiti SC" w:eastAsia="Heiti SC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eiti SC" w:hAnsi="Heiti SC" w:eastAsia="Heiti S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独立练习任务单</dc:title>
  <dc:subject/>
  <dc:creator>WorkBuddy School</dc:creator>
  <cp:keywords/>
  <dc:description/>
  <cp:lastModifiedBy>WorkBuddy School</cp:lastModifiedBy>
  <cp:revision>1</cp:revision>
  <dcterms:created xsi:type="dcterms:W3CDTF">2013-12-23T23:15:00Z</dcterms:created>
  <dcterms:modified xsi:type="dcterms:W3CDTF">2013-12-23T23:15:00Z</dcterms:modified>
  <cp:category/>
</cp:coreProperties>
</file>